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1D0AD" w14:textId="566F61DD" w:rsidR="00276667" w:rsidRDefault="00E4314C">
      <w:pPr>
        <w:pStyle w:val="Title"/>
      </w:pPr>
      <w:r w:rsidRPr="00E4314C">
        <w:t xml:space="preserve">Draft Minutes for </w:t>
      </w:r>
      <w:proofErr w:type="gramStart"/>
      <w:r w:rsidRPr="00E4314C">
        <w:t xml:space="preserve">the </w:t>
      </w:r>
      <w:r w:rsidR="009933C7">
        <w:t>September</w:t>
      </w:r>
      <w:proofErr w:type="gramEnd"/>
      <w:r w:rsidR="009933C7">
        <w:t xml:space="preserve"> 8</w:t>
      </w:r>
      <w:r w:rsidR="002D2EC5">
        <w:t>th</w:t>
      </w:r>
      <w:r w:rsidR="00206C6C" w:rsidRPr="00E4314C">
        <w:t>,</w:t>
      </w:r>
      <w:r w:rsidRPr="00E4314C">
        <w:t xml:space="preserve"> Supervisors Meeting</w:t>
      </w:r>
    </w:p>
    <w:p w14:paraId="18D01CD1" w14:textId="77777777" w:rsidR="00276667" w:rsidRDefault="00523F0D">
      <w:pPr>
        <w:pStyle w:val="Subtitle"/>
      </w:pPr>
      <w:r w:rsidRPr="00523F0D">
        <w:t>Split Rock Township</w:t>
      </w:r>
    </w:p>
    <w:p w14:paraId="7BFC55A6" w14:textId="547546C1" w:rsidR="00276667" w:rsidRDefault="00000000" w:rsidP="00CF6240">
      <w:r>
        <w:t xml:space="preserve">The Board of Supervisors of Split Rock Township, Minnehaha County, South Dakota, convened on Tuesday, </w:t>
      </w:r>
      <w:r w:rsidR="009933C7">
        <w:t xml:space="preserve">September </w:t>
      </w:r>
      <w:r w:rsidR="00903DEB">
        <w:t>8</w:t>
      </w:r>
      <w:r w:rsidR="001D52CA">
        <w:t>t</w:t>
      </w:r>
      <w:r w:rsidR="002D2EC5">
        <w:t>h</w:t>
      </w:r>
      <w:r>
        <w:t>, 2026, at the Split Rock Township Fire Station</w:t>
      </w:r>
      <w:r w:rsidR="009F2305" w:rsidRPr="009F2305">
        <w:t>,</w:t>
      </w:r>
      <w:r>
        <w:t xml:space="preserve"> 7201 E. Arrowhead Parkway, Sioux Falls, South Dakota. Supervisors Todd Egge, Rich Steffen, and Marvin Manifold were present, along with Kevin Callies</w:t>
      </w:r>
      <w:r w:rsidR="009F2305" w:rsidRPr="009F2305">
        <w:t xml:space="preserve">, </w:t>
      </w:r>
      <w:r>
        <w:t>Treasurer</w:t>
      </w:r>
      <w:r w:rsidR="008A7DE6">
        <w:t>,</w:t>
      </w:r>
      <w:r w:rsidR="002D2EC5">
        <w:t xml:space="preserve"> </w:t>
      </w:r>
      <w:r>
        <w:t>Lisa Marso</w:t>
      </w:r>
      <w:r w:rsidR="009F2305" w:rsidRPr="009F2305">
        <w:t xml:space="preserve">, </w:t>
      </w:r>
      <w:r>
        <w:t>Legal Counse</w:t>
      </w:r>
      <w:r>
        <w:t>l</w:t>
      </w:r>
      <w:r w:rsidR="008A7DE6">
        <w:t xml:space="preserve"> and Brenda Nolz, clerk</w:t>
      </w:r>
      <w:r w:rsidR="002D2EC5">
        <w:t>.</w:t>
      </w:r>
    </w:p>
    <w:p w14:paraId="778EF771" w14:textId="19F4534B" w:rsidR="00276667" w:rsidRDefault="00404331" w:rsidP="00451050">
      <w:r w:rsidRPr="00404331">
        <w:t xml:space="preserve">Marvin Manifold called the </w:t>
      </w:r>
      <w:r>
        <w:t xml:space="preserve">meeting to order at 7:30 p.m. Following the Pledge of Allegiance, </w:t>
      </w:r>
      <w:r w:rsidR="001F089C">
        <w:t>Todd Egge</w:t>
      </w:r>
      <w:r>
        <w:t xml:space="preserve"> moved to approve the agenda</w:t>
      </w:r>
      <w:r w:rsidRPr="00404331">
        <w:t>.</w:t>
      </w:r>
      <w:r>
        <w:t xml:space="preserve"> </w:t>
      </w:r>
      <w:r w:rsidR="001F089C">
        <w:t>Rich Steffen</w:t>
      </w:r>
      <w:r>
        <w:t xml:space="preserve"> </w:t>
      </w:r>
      <w:r w:rsidRPr="00404331">
        <w:t xml:space="preserve">seconded the motion, </w:t>
      </w:r>
      <w:r>
        <w:t xml:space="preserve">and </w:t>
      </w:r>
      <w:r w:rsidRPr="00404331">
        <w:t xml:space="preserve">the motion </w:t>
      </w:r>
      <w:r>
        <w:t xml:space="preserve">carried. </w:t>
      </w:r>
      <w:r w:rsidR="008E1BC1">
        <w:t>Todd</w:t>
      </w:r>
      <w:r>
        <w:t xml:space="preserve"> then moved to approve the minutes </w:t>
      </w:r>
      <w:r w:rsidR="00E134F5">
        <w:t>of</w:t>
      </w:r>
      <w:r>
        <w:t xml:space="preserve"> the </w:t>
      </w:r>
      <w:r w:rsidR="009E4D78">
        <w:t>August 11th</w:t>
      </w:r>
      <w:r>
        <w:t>, 2026, meeting</w:t>
      </w:r>
      <w:r w:rsidRPr="00404331">
        <w:t>.</w:t>
      </w:r>
      <w:r>
        <w:t xml:space="preserve"> </w:t>
      </w:r>
      <w:r w:rsidR="005447FE">
        <w:t>Rich Steffen</w:t>
      </w:r>
      <w:r w:rsidRPr="00404331">
        <w:t xml:space="preserve"> seconded the motion, and the motion carried.</w:t>
      </w:r>
    </w:p>
    <w:p w14:paraId="425B2C99" w14:textId="77777777" w:rsidR="00276667" w:rsidRDefault="002F3B74" w:rsidP="002F3B74">
      <w:pPr>
        <w:pStyle w:val="Heading2"/>
      </w:pPr>
      <w:r w:rsidRPr="002F3B74">
        <w:t>Treasurer’s Report</w:t>
      </w:r>
    </w:p>
    <w:p w14:paraId="45584296" w14:textId="69D96BD3" w:rsidR="00276667" w:rsidRDefault="004E3AA1" w:rsidP="005B1D17">
      <w:r>
        <w:rPr>
          <w:b/>
          <w:bCs/>
        </w:rPr>
        <w:t>August</w:t>
      </w:r>
      <w:r w:rsidR="005447FE">
        <w:rPr>
          <w:b/>
          <w:bCs/>
        </w:rPr>
        <w:t xml:space="preserve"> 2026</w:t>
      </w:r>
      <w:r w:rsidR="00000000">
        <w:t xml:space="preserve"> – </w:t>
      </w:r>
      <w:r w:rsidR="00BB0570">
        <w:t>The general fund and debit card balance August 2026</w:t>
      </w:r>
      <w:r w:rsidR="00000000">
        <w:t xml:space="preserve"> was $</w:t>
      </w:r>
      <w:r w:rsidR="002C4C8F">
        <w:t>154,641</w:t>
      </w:r>
      <w:r w:rsidR="00000000">
        <w:t xml:space="preserve">. </w:t>
      </w:r>
      <w:r w:rsidR="002C4C8F">
        <w:t>August</w:t>
      </w:r>
      <w:r w:rsidR="00000000">
        <w:t xml:space="preserve"> </w:t>
      </w:r>
      <w:r w:rsidR="00992FDE" w:rsidRPr="00992FDE">
        <w:t>deposits included</w:t>
      </w:r>
      <w:r w:rsidR="00000000">
        <w:t xml:space="preserve"> General Fund</w:t>
      </w:r>
      <w:r w:rsidR="00992FDE" w:rsidRPr="00992FDE">
        <w:t>,</w:t>
      </w:r>
      <w:r w:rsidR="00000000">
        <w:t xml:space="preserve"> $</w:t>
      </w:r>
      <w:r w:rsidR="002C4C8F">
        <w:t>11,611</w:t>
      </w:r>
      <w:r w:rsidR="00992FDE" w:rsidRPr="00992FDE">
        <w:t>;</w:t>
      </w:r>
      <w:r w:rsidR="00000000">
        <w:t xml:space="preserve"> Fire </w:t>
      </w:r>
      <w:r w:rsidR="00992FDE" w:rsidRPr="00992FDE">
        <w:t>Fund,</w:t>
      </w:r>
      <w:r w:rsidR="00000000">
        <w:t xml:space="preserve"> $</w:t>
      </w:r>
      <w:r w:rsidR="00596D2B">
        <w:t>367</w:t>
      </w:r>
      <w:r w:rsidR="00992FDE" w:rsidRPr="00992FDE">
        <w:t>;</w:t>
      </w:r>
      <w:r w:rsidR="00AD1E64">
        <w:t xml:space="preserve"> </w:t>
      </w:r>
      <w:r w:rsidR="00000000">
        <w:t>Front Foot Assessments</w:t>
      </w:r>
      <w:r w:rsidR="00992FDE" w:rsidRPr="00992FDE">
        <w:t>,</w:t>
      </w:r>
      <w:r w:rsidR="00000000">
        <w:t xml:space="preserve"> $</w:t>
      </w:r>
      <w:r w:rsidR="00596D2B">
        <w:t>698</w:t>
      </w:r>
      <w:r w:rsidR="00992FDE" w:rsidRPr="00992FDE">
        <w:t>;</w:t>
      </w:r>
      <w:r w:rsidR="00000000">
        <w:t xml:space="preserve"> Secondary Road Capital Fund</w:t>
      </w:r>
      <w:r w:rsidR="00992FDE" w:rsidRPr="00992FDE">
        <w:t>,</w:t>
      </w:r>
      <w:r w:rsidR="00000000">
        <w:t xml:space="preserve"> $</w:t>
      </w:r>
      <w:r w:rsidR="00441C0D">
        <w:t>22</w:t>
      </w:r>
      <w:r w:rsidR="00992FDE" w:rsidRPr="00992FDE">
        <w:t>;</w:t>
      </w:r>
      <w:r w:rsidR="00000000">
        <w:t xml:space="preserve"> and </w:t>
      </w:r>
      <w:r w:rsidR="00992FDE" w:rsidRPr="00992FDE">
        <w:t>interest, $</w:t>
      </w:r>
      <w:r w:rsidR="00BB0570">
        <w:t>1</w:t>
      </w:r>
      <w:r w:rsidR="00000000">
        <w:t>.</w:t>
      </w:r>
    </w:p>
    <w:p w14:paraId="4F1755B7" w14:textId="2401932D" w:rsidR="00276667" w:rsidRDefault="00BB0570" w:rsidP="002D2DB1">
      <w:r>
        <w:t>August</w:t>
      </w:r>
      <w:r w:rsidR="00000000">
        <w:t xml:space="preserve"> expenses </w:t>
      </w:r>
      <w:r w:rsidR="007068F2" w:rsidRPr="007068F2">
        <w:t>included</w:t>
      </w:r>
      <w:r w:rsidR="00000000">
        <w:t xml:space="preserve"> </w:t>
      </w:r>
      <w:r w:rsidR="00000000">
        <w:t xml:space="preserve">Equipment </w:t>
      </w:r>
      <w:r w:rsidR="007068F2" w:rsidRPr="007068F2">
        <w:t>and</w:t>
      </w:r>
      <w:r w:rsidR="00000000">
        <w:t xml:space="preserve"> Vehicles</w:t>
      </w:r>
      <w:r w:rsidR="007068F2" w:rsidRPr="007068F2">
        <w:t>,</w:t>
      </w:r>
      <w:r w:rsidR="00000000">
        <w:t xml:space="preserve"> $</w:t>
      </w:r>
      <w:r w:rsidR="00971292">
        <w:t>6,</w:t>
      </w:r>
      <w:r w:rsidR="00D415F0">
        <w:t>200</w:t>
      </w:r>
      <w:r w:rsidR="007068F2" w:rsidRPr="007068F2">
        <w:t>;</w:t>
      </w:r>
      <w:r w:rsidR="00000000">
        <w:t xml:space="preserve"> Office Supplies</w:t>
      </w:r>
      <w:r w:rsidR="007068F2" w:rsidRPr="007068F2">
        <w:t>,</w:t>
      </w:r>
      <w:r w:rsidR="00000000">
        <w:t xml:space="preserve"> $</w:t>
      </w:r>
      <w:r w:rsidR="00D415F0">
        <w:t>164</w:t>
      </w:r>
      <w:r w:rsidR="007068F2" w:rsidRPr="007068F2">
        <w:t>;</w:t>
      </w:r>
      <w:r w:rsidR="00000000">
        <w:t xml:space="preserve"> Payroll </w:t>
      </w:r>
      <w:r w:rsidR="007068F2" w:rsidRPr="007068F2">
        <w:t>and</w:t>
      </w:r>
      <w:r w:rsidR="00000000">
        <w:t xml:space="preserve"> Payroll Liabilities</w:t>
      </w:r>
      <w:r w:rsidR="007068F2" w:rsidRPr="007068F2">
        <w:t>,</w:t>
      </w:r>
      <w:r w:rsidR="00000000">
        <w:t xml:space="preserve"> $</w:t>
      </w:r>
      <w:r w:rsidR="00971292">
        <w:t>5,</w:t>
      </w:r>
      <w:r w:rsidR="00D415F0">
        <w:t>668</w:t>
      </w:r>
      <w:r w:rsidR="007068F2" w:rsidRPr="007068F2">
        <w:t>;</w:t>
      </w:r>
      <w:r w:rsidR="00D11013">
        <w:t xml:space="preserve"> </w:t>
      </w:r>
      <w:r w:rsidR="00000000">
        <w:t xml:space="preserve">Repairs </w:t>
      </w:r>
      <w:r w:rsidR="007068F2" w:rsidRPr="007068F2">
        <w:t>and</w:t>
      </w:r>
      <w:r w:rsidR="00000000">
        <w:t xml:space="preserve"> Maintenance</w:t>
      </w:r>
      <w:r w:rsidR="007068F2" w:rsidRPr="007068F2">
        <w:t>,</w:t>
      </w:r>
      <w:r w:rsidR="00000000">
        <w:t xml:space="preserve"> $</w:t>
      </w:r>
      <w:r w:rsidR="00D11013">
        <w:t>96</w:t>
      </w:r>
      <w:r w:rsidR="007068F2" w:rsidRPr="007068F2">
        <w:t xml:space="preserve"> and</w:t>
      </w:r>
      <w:r w:rsidR="00000000">
        <w:t xml:space="preserve"> Utilities </w:t>
      </w:r>
      <w:r w:rsidR="007068F2" w:rsidRPr="007068F2">
        <w:t>and</w:t>
      </w:r>
      <w:r w:rsidR="00000000">
        <w:t xml:space="preserve"> Phones</w:t>
      </w:r>
      <w:r w:rsidR="007068F2" w:rsidRPr="007068F2">
        <w:t>,</w:t>
      </w:r>
      <w:r w:rsidR="00000000">
        <w:t xml:space="preserve"> $</w:t>
      </w:r>
      <w:r w:rsidR="00D11013">
        <w:t>286</w:t>
      </w:r>
      <w:r w:rsidR="007068F2" w:rsidRPr="007068F2">
        <w:t>, for total expenses of $</w:t>
      </w:r>
      <w:r w:rsidR="00E7366F">
        <w:t>1</w:t>
      </w:r>
      <w:r w:rsidR="001565BD">
        <w:t>2,415</w:t>
      </w:r>
      <w:r w:rsidR="00000000">
        <w:t xml:space="preserve">. </w:t>
      </w:r>
      <w:r w:rsidR="00CE6A4A">
        <w:t>R</w:t>
      </w:r>
      <w:r w:rsidR="007068F2" w:rsidRPr="007068F2">
        <w:t>esulting in</w:t>
      </w:r>
      <w:r w:rsidR="00000000">
        <w:t xml:space="preserve"> an ending balance of $</w:t>
      </w:r>
      <w:r w:rsidR="00D43D11">
        <w:t>154,</w:t>
      </w:r>
      <w:r w:rsidR="00CC4AB9">
        <w:t>927</w:t>
      </w:r>
      <w:r w:rsidR="00000000">
        <w:t xml:space="preserve">. Investments </w:t>
      </w:r>
      <w:r w:rsidR="007068F2" w:rsidRPr="007068F2">
        <w:t xml:space="preserve">totaled </w:t>
      </w:r>
      <w:r w:rsidR="00000000">
        <w:t>$7</w:t>
      </w:r>
      <w:r w:rsidR="004F7D46">
        <w:t>14,233</w:t>
      </w:r>
      <w:r w:rsidR="007068F2" w:rsidRPr="007068F2">
        <w:t>,</w:t>
      </w:r>
      <w:r w:rsidR="00000000">
        <w:t xml:space="preserve"> and </w:t>
      </w:r>
      <w:r w:rsidR="007068F2" w:rsidRPr="007068F2">
        <w:t>savings</w:t>
      </w:r>
      <w:r w:rsidR="00000000">
        <w:t xml:space="preserve"> held for developments </w:t>
      </w:r>
      <w:r w:rsidR="007068F2" w:rsidRPr="007068F2">
        <w:t xml:space="preserve">totaled </w:t>
      </w:r>
      <w:r w:rsidR="00000000">
        <w:t>$23</w:t>
      </w:r>
      <w:r w:rsidR="00CC4AB9">
        <w:t>3</w:t>
      </w:r>
      <w:r w:rsidR="00000000">
        <w:t>,8</w:t>
      </w:r>
      <w:r w:rsidR="00CC4AB9">
        <w:t>83</w:t>
      </w:r>
      <w:r w:rsidR="007068F2" w:rsidRPr="007068F2">
        <w:t>,</w:t>
      </w:r>
      <w:r w:rsidR="00000000">
        <w:t xml:space="preserve"> for an </w:t>
      </w:r>
      <w:r w:rsidR="007068F2" w:rsidRPr="007068F2">
        <w:t xml:space="preserve">overall </w:t>
      </w:r>
      <w:r w:rsidR="00000000">
        <w:t>ending balance of $1,</w:t>
      </w:r>
      <w:r w:rsidR="004F7D46">
        <w:t>103,</w:t>
      </w:r>
      <w:r w:rsidR="001F089C">
        <w:t>043</w:t>
      </w:r>
      <w:r w:rsidR="00000000">
        <w:t xml:space="preserve">. Rich Steffen moved to approve the </w:t>
      </w:r>
      <w:r w:rsidR="007068F2" w:rsidRPr="007068F2">
        <w:t>Treasurer’s</w:t>
      </w:r>
      <w:r w:rsidR="00000000">
        <w:t xml:space="preserve"> Report</w:t>
      </w:r>
      <w:r w:rsidR="007068F2" w:rsidRPr="007068F2">
        <w:t>.</w:t>
      </w:r>
      <w:r w:rsidR="00000000">
        <w:t xml:space="preserve"> Todd Egge </w:t>
      </w:r>
      <w:r w:rsidR="007068F2" w:rsidRPr="007068F2">
        <w:t xml:space="preserve">seconded the motion, </w:t>
      </w:r>
      <w:r w:rsidR="00000000">
        <w:t xml:space="preserve">and </w:t>
      </w:r>
      <w:proofErr w:type="gramStart"/>
      <w:r w:rsidR="007068F2" w:rsidRPr="007068F2">
        <w:t xml:space="preserve">the motion </w:t>
      </w:r>
      <w:r w:rsidR="00000000">
        <w:t>carried</w:t>
      </w:r>
      <w:proofErr w:type="gramEnd"/>
      <w:r w:rsidR="00000000">
        <w:t>.</w:t>
      </w:r>
    </w:p>
    <w:p w14:paraId="3C8D17FB" w14:textId="77777777" w:rsidR="00276667" w:rsidRDefault="002425FC" w:rsidP="002425FC">
      <w:pPr>
        <w:pStyle w:val="Heading2"/>
      </w:pPr>
      <w:r w:rsidRPr="002425FC">
        <w:t>Old Business</w:t>
      </w:r>
    </w:p>
    <w:p w14:paraId="3B0B1F57" w14:textId="77777777" w:rsidR="00276667" w:rsidRPr="00736C53" w:rsidRDefault="00000000">
      <w:pPr>
        <w:pStyle w:val="Heading3"/>
        <w:rPr>
          <w:color w:val="auto"/>
        </w:rPr>
      </w:pPr>
      <w:r w:rsidRPr="00736C53">
        <w:rPr>
          <w:color w:val="auto"/>
        </w:rPr>
        <w:t>Kim Circle</w:t>
      </w:r>
    </w:p>
    <w:p w14:paraId="573CAF75" w14:textId="1B421FFC" w:rsidR="00EC1378" w:rsidRDefault="001821E4" w:rsidP="00315638">
      <w:r>
        <w:t xml:space="preserve">Work will begin in October. </w:t>
      </w:r>
    </w:p>
    <w:p w14:paraId="0E49F7B9" w14:textId="77777777" w:rsidR="00276667" w:rsidRDefault="00000000" w:rsidP="004B1A4B">
      <w:pPr>
        <w:pStyle w:val="Heading3"/>
      </w:pPr>
      <w:r w:rsidRPr="004B1A4B">
        <w:rPr>
          <w:color w:val="auto"/>
        </w:rPr>
        <w:t>Right</w:t>
      </w:r>
      <w:r w:rsidR="004B1A4B">
        <w:rPr>
          <w:color w:val="auto"/>
        </w:rPr>
        <w:t>-</w:t>
      </w:r>
      <w:r w:rsidRPr="004B1A4B">
        <w:rPr>
          <w:color w:val="auto"/>
        </w:rPr>
        <w:t>of</w:t>
      </w:r>
      <w:r w:rsidR="004B1A4B">
        <w:rPr>
          <w:color w:val="auto"/>
        </w:rPr>
        <w:t>-</w:t>
      </w:r>
      <w:r w:rsidRPr="004B1A4B">
        <w:rPr>
          <w:color w:val="auto"/>
        </w:rPr>
        <w:t>Way Clearance</w:t>
      </w:r>
    </w:p>
    <w:p w14:paraId="29271540" w14:textId="071AB8B1" w:rsidR="00276667" w:rsidRDefault="00000000" w:rsidP="00FC44B4">
      <w:r>
        <w:t>L</w:t>
      </w:r>
      <w:r w:rsidRPr="00AD58A9">
        <w:t xml:space="preserve">etters were sent to certain Township residents requesting </w:t>
      </w:r>
      <w:r w:rsidR="00923C18">
        <w:t xml:space="preserve">the removal of </w:t>
      </w:r>
      <w:r w:rsidRPr="00AD58A9">
        <w:t xml:space="preserve">landscaping and other items </w:t>
      </w:r>
      <w:r w:rsidRPr="00AD58A9">
        <w:t>from the public right</w:t>
      </w:r>
      <w:r w:rsidR="00923C18">
        <w:t>-</w:t>
      </w:r>
      <w:r w:rsidRPr="00AD58A9">
        <w:t>of</w:t>
      </w:r>
      <w:r w:rsidR="00923C18">
        <w:t>-</w:t>
      </w:r>
      <w:r w:rsidRPr="00AD58A9">
        <w:t xml:space="preserve">way by September 1. </w:t>
      </w:r>
      <w:r>
        <w:t>The su</w:t>
      </w:r>
      <w:r>
        <w:t>pervis</w:t>
      </w:r>
      <w:r>
        <w:t xml:space="preserve">ors </w:t>
      </w:r>
      <w:r w:rsidR="00923C18">
        <w:t>inspected</w:t>
      </w:r>
      <w:r>
        <w:t xml:space="preserve"> the affected </w:t>
      </w:r>
      <w:r>
        <w:t>properties</w:t>
      </w:r>
      <w:r>
        <w:t xml:space="preserve"> </w:t>
      </w:r>
      <w:r>
        <w:t xml:space="preserve">to </w:t>
      </w:r>
      <w:r w:rsidR="00923C18">
        <w:t>determine whether corrective action</w:t>
      </w:r>
      <w:r>
        <w:t xml:space="preserve"> </w:t>
      </w:r>
      <w:r>
        <w:t xml:space="preserve">had been </w:t>
      </w:r>
      <w:r w:rsidR="00923C18">
        <w:t>taken.</w:t>
      </w:r>
      <w:r>
        <w:t xml:space="preserve"> </w:t>
      </w:r>
      <w:r w:rsidRPr="00611FC0">
        <w:t>Ryan Hansen, 9401 E</w:t>
      </w:r>
      <w:r w:rsidRPr="00AD58A9">
        <w:t>.</w:t>
      </w:r>
      <w:r w:rsidRPr="00611FC0">
        <w:t xml:space="preserve"> 41</w:t>
      </w:r>
      <w:r w:rsidRPr="00AD58A9">
        <w:t>st</w:t>
      </w:r>
      <w:r w:rsidRPr="00AD58A9">
        <w:t xml:space="preserve"> </w:t>
      </w:r>
      <w:r w:rsidRPr="00611FC0">
        <w:t>Street</w:t>
      </w:r>
      <w:r w:rsidR="00923C18">
        <w:t>, stated</w:t>
      </w:r>
      <w:r>
        <w:t xml:space="preserve"> that his </w:t>
      </w:r>
      <w:r>
        <w:t xml:space="preserve">insurance would cover </w:t>
      </w:r>
      <w:r>
        <w:t xml:space="preserve">the </w:t>
      </w:r>
      <w:r>
        <w:t>c</w:t>
      </w:r>
      <w:r>
        <w:t>u</w:t>
      </w:r>
      <w:r>
        <w:t>l</w:t>
      </w:r>
      <w:r>
        <w:t>ver</w:t>
      </w:r>
      <w:r>
        <w:t>t</w:t>
      </w:r>
      <w:r>
        <w:t xml:space="preserve"> area </w:t>
      </w:r>
      <w:r>
        <w:t>if</w:t>
      </w:r>
      <w:r>
        <w:t xml:space="preserve"> it </w:t>
      </w:r>
      <w:r>
        <w:t>were</w:t>
      </w:r>
      <w:r>
        <w:t xml:space="preserve"> </w:t>
      </w:r>
      <w:r w:rsidR="00923C18">
        <w:t xml:space="preserve">located </w:t>
      </w:r>
      <w:r>
        <w:t>on his pr</w:t>
      </w:r>
      <w:r>
        <w:t>operty</w:t>
      </w:r>
      <w:r w:rsidR="00923C18">
        <w:t xml:space="preserve"> and agreed to provide </w:t>
      </w:r>
      <w:r>
        <w:t>a copy</w:t>
      </w:r>
      <w:r>
        <w:t xml:space="preserve"> of his </w:t>
      </w:r>
      <w:r w:rsidR="00923C18">
        <w:t>insurance policy. Homeowners</w:t>
      </w:r>
      <w:r>
        <w:t xml:space="preserve"> who </w:t>
      </w:r>
      <w:r w:rsidR="00923C18">
        <w:t xml:space="preserve">submit proof of insurance </w:t>
      </w:r>
      <w:r>
        <w:t xml:space="preserve">will also </w:t>
      </w:r>
      <w:r w:rsidR="00923C18">
        <w:t xml:space="preserve">be required to </w:t>
      </w:r>
      <w:r>
        <w:t>sign an</w:t>
      </w:r>
      <w:r>
        <w:t xml:space="preserve"> </w:t>
      </w:r>
      <w:r w:rsidRPr="00AD58A9">
        <w:t>indemni</w:t>
      </w:r>
      <w:r>
        <w:t>fication</w:t>
      </w:r>
      <w:r w:rsidRPr="00AD58A9">
        <w:t xml:space="preserve"> </w:t>
      </w:r>
      <w:r w:rsidR="00923C18">
        <w:t xml:space="preserve">agreement holding </w:t>
      </w:r>
      <w:r w:rsidRPr="00611FC0">
        <w:t xml:space="preserve">the Township </w:t>
      </w:r>
      <w:r w:rsidR="00923C18">
        <w:t xml:space="preserve">harmless </w:t>
      </w:r>
      <w:r w:rsidRPr="00AD58A9">
        <w:t>from</w:t>
      </w:r>
      <w:r w:rsidRPr="00611FC0">
        <w:t xml:space="preserve"> any </w:t>
      </w:r>
      <w:r w:rsidR="00923C18">
        <w:t>claims</w:t>
      </w:r>
      <w:r w:rsidRPr="00611FC0">
        <w:t xml:space="preserve"> or </w:t>
      </w:r>
      <w:r w:rsidR="00923C18">
        <w:t>injuries</w:t>
      </w:r>
      <w:r w:rsidRPr="00611FC0">
        <w:t xml:space="preserve">, with </w:t>
      </w:r>
      <w:r w:rsidRPr="00AD58A9">
        <w:t>the agreement supported</w:t>
      </w:r>
      <w:r w:rsidRPr="00611FC0">
        <w:t xml:space="preserve"> by an insurance policy</w:t>
      </w:r>
      <w:r>
        <w:t xml:space="preserve">. Lisa Marso will send </w:t>
      </w:r>
      <w:r w:rsidR="00923C18">
        <w:t>a follow-up</w:t>
      </w:r>
      <w:r>
        <w:t xml:space="preserve"> letter to the affected home</w:t>
      </w:r>
      <w:r>
        <w:t>ow</w:t>
      </w:r>
      <w:r>
        <w:t xml:space="preserve">ners </w:t>
      </w:r>
      <w:r w:rsidR="00923C18">
        <w:t xml:space="preserve">requesting that they </w:t>
      </w:r>
      <w:r>
        <w:t>respo</w:t>
      </w:r>
      <w:r>
        <w:t xml:space="preserve">nd by </w:t>
      </w:r>
      <w:r>
        <w:t xml:space="preserve">October 1 </w:t>
      </w:r>
      <w:r w:rsidR="00923C18">
        <w:t>and</w:t>
      </w:r>
      <w:r>
        <w:t xml:space="preserve"> indicate </w:t>
      </w:r>
      <w:r w:rsidR="00923C18">
        <w:t>how they intend to proceed.</w:t>
      </w:r>
      <w:r>
        <w:t xml:space="preserve"> </w:t>
      </w:r>
    </w:p>
    <w:p w14:paraId="27935DCE" w14:textId="06FF076B" w:rsidR="00276667" w:rsidRDefault="00FE2B1B" w:rsidP="00FE2B1B">
      <w:pPr>
        <w:pStyle w:val="Heading3"/>
      </w:pPr>
      <w:r>
        <w:rPr>
          <w:color w:val="auto"/>
        </w:rPr>
        <w:t>Tree-Trimming</w:t>
      </w:r>
      <w:r w:rsidR="00FA49C2">
        <w:rPr>
          <w:color w:val="auto"/>
        </w:rPr>
        <w:t xml:space="preserve"> in Developments</w:t>
      </w:r>
    </w:p>
    <w:p w14:paraId="61BA13DB" w14:textId="520B6B28" w:rsidR="0036188D" w:rsidRPr="00F7530B" w:rsidRDefault="0036188D">
      <w:pPr>
        <w:divId w:val="1723021308"/>
        <w:rPr>
          <w:kern w:val="2"/>
          <w14:ligatures w14:val="standardContextual"/>
        </w:rPr>
      </w:pPr>
      <w:r>
        <w:t>The Township will distribute a flyer and post information on its website regarding tree-trimming requirements.</w:t>
      </w:r>
      <w:r w:rsidR="00F7530B">
        <w:rPr>
          <w:kern w:val="2"/>
          <w14:ligatures w14:val="standardContextual"/>
        </w:rPr>
        <w:t xml:space="preserve">  </w:t>
      </w:r>
      <w:r>
        <w:t>The Township has completed tree trimming in two separate drainage areas.</w:t>
      </w:r>
    </w:p>
    <w:p w14:paraId="73D32FC3" w14:textId="77777777" w:rsidR="001F2F24" w:rsidRDefault="001F2F24" w:rsidP="00EE3F74">
      <w:pPr>
        <w:pStyle w:val="Heading2"/>
      </w:pPr>
    </w:p>
    <w:p w14:paraId="3FDA9F33" w14:textId="56682152" w:rsidR="00276667" w:rsidRDefault="00EE3F74" w:rsidP="00EE3F74">
      <w:pPr>
        <w:pStyle w:val="Heading2"/>
      </w:pPr>
      <w:r w:rsidRPr="00EE3F74">
        <w:t>New Business</w:t>
      </w:r>
    </w:p>
    <w:p w14:paraId="4603736A" w14:textId="77777777" w:rsidR="0078747E" w:rsidRDefault="0078747E" w:rsidP="0078747E">
      <w:pPr>
        <w:pStyle w:val="Heading3"/>
        <w:rPr>
          <w:kern w:val="2"/>
          <w14:ligatures w14:val="standardContextual"/>
        </w:rPr>
      </w:pPr>
      <w:r>
        <w:rPr>
          <w:rFonts w:ascii="Cambria" w:hAnsi="Cambria"/>
          <w:color w:val="000000"/>
        </w:rPr>
        <w:t>Stoakes Avenue Road Acceptance Hearing</w:t>
      </w:r>
    </w:p>
    <w:p w14:paraId="38D2BC8E" w14:textId="77777777" w:rsidR="0078747E" w:rsidRDefault="0078747E">
      <w:pPr>
        <w:rPr>
          <w:kern w:val="2"/>
          <w14:ligatures w14:val="standardContextual"/>
        </w:rPr>
      </w:pPr>
      <w:r>
        <w:t xml:space="preserve">The Township received a petition requesting acceptance of South Stoakes Avenue, along with $22,762 from the property owners for road improvements and maintenance. Rich Steffen moved to accept the road into the Township. Todd Egge seconded the motion, and </w:t>
      </w:r>
      <w:proofErr w:type="gramStart"/>
      <w:r>
        <w:t>the motion carried</w:t>
      </w:r>
      <w:proofErr w:type="gramEnd"/>
      <w:r>
        <w:t>. The signed resolution will be filed with the Register of Deeds.</w:t>
      </w:r>
    </w:p>
    <w:p w14:paraId="2C0376FD" w14:textId="77777777" w:rsidR="00F54543" w:rsidRDefault="00F54543" w:rsidP="00F54543">
      <w:pPr>
        <w:pStyle w:val="Heading3"/>
        <w:rPr>
          <w:kern w:val="2"/>
          <w14:ligatures w14:val="standardContextual"/>
        </w:rPr>
      </w:pPr>
      <w:r>
        <w:rPr>
          <w:color w:val="auto"/>
        </w:rPr>
        <w:t>Callies Place Road Acceptance Hearing</w:t>
      </w:r>
    </w:p>
    <w:p w14:paraId="1BF1820D" w14:textId="77777777" w:rsidR="00F54543" w:rsidRDefault="00F54543">
      <w:pPr>
        <w:rPr>
          <w:kern w:val="2"/>
          <w14:ligatures w14:val="standardContextual"/>
        </w:rPr>
      </w:pPr>
      <w:r>
        <w:t>Lisa Marso currently has documentation indicating that the road is privately owned. Kevin Callies will provide documentation showing that it has been dedicated to the public and will prepare the road for Township acceptance. Todd Egge moved to table the road acceptance request until the October meeting. Rich Steffen seconded the motion, and the motion carried.</w:t>
      </w:r>
    </w:p>
    <w:p w14:paraId="25716A11" w14:textId="77777777" w:rsidR="00276667" w:rsidRDefault="00FF4313" w:rsidP="00FF4313">
      <w:pPr>
        <w:pStyle w:val="Heading2"/>
      </w:pPr>
      <w:r w:rsidRPr="00FF4313">
        <w:t>Elected Officials Update</w:t>
      </w:r>
    </w:p>
    <w:p w14:paraId="11AC2EDF" w14:textId="77777777" w:rsidR="00C67CBE" w:rsidRDefault="00C67CBE" w:rsidP="00C67CBE">
      <w:pPr>
        <w:pStyle w:val="ListParagraph"/>
        <w:numPr>
          <w:ilvl w:val="0"/>
          <w:numId w:val="10"/>
        </w:numPr>
        <w:rPr>
          <w:kern w:val="2"/>
          <w14:ligatures w14:val="standardContextual"/>
        </w:rPr>
      </w:pPr>
      <w:r>
        <w:t>Rich reported that Andy’s Tree Trimming Service has done a good job trimming trees along Township roads.</w:t>
      </w:r>
    </w:p>
    <w:p w14:paraId="664BEE63" w14:textId="77777777" w:rsidR="00C67CBE" w:rsidRDefault="00C67CBE" w:rsidP="00C67CBE">
      <w:pPr>
        <w:pStyle w:val="ListParagraph"/>
        <w:numPr>
          <w:ilvl w:val="0"/>
          <w:numId w:val="14"/>
        </w:numPr>
        <w:rPr>
          <w:kern w:val="2"/>
          <w14:ligatures w14:val="standardContextual"/>
        </w:rPr>
      </w:pPr>
      <w:r>
        <w:t xml:space="preserve">Rich reported that the Township purchased a grader bit system for the road maintainer to help reduce </w:t>
      </w:r>
      <w:proofErr w:type="spellStart"/>
      <w:r>
        <w:t>washboarding</w:t>
      </w:r>
      <w:proofErr w:type="spellEnd"/>
      <w:r>
        <w:t xml:space="preserve"> on gravel roads.</w:t>
      </w:r>
    </w:p>
    <w:p w14:paraId="44BEF786" w14:textId="19985D2A" w:rsidR="00C67CBE" w:rsidRDefault="00C67CBE" w:rsidP="00C67CBE">
      <w:pPr>
        <w:pStyle w:val="ListParagraph"/>
        <w:numPr>
          <w:ilvl w:val="0"/>
          <w:numId w:val="14"/>
        </w:numPr>
        <w:rPr>
          <w:kern w:val="2"/>
          <w14:ligatures w14:val="standardContextual"/>
        </w:rPr>
      </w:pPr>
      <w:r>
        <w:t xml:space="preserve">The Township rented a boom mower to trim trees in the ditches and spent approximately 32 hours completing the work. </w:t>
      </w:r>
    </w:p>
    <w:p w14:paraId="2D9C14DC" w14:textId="77777777" w:rsidR="00C67CBE" w:rsidRPr="00373BDA" w:rsidRDefault="00C67CBE" w:rsidP="00C67CBE">
      <w:pPr>
        <w:pStyle w:val="ListParagraph"/>
        <w:numPr>
          <w:ilvl w:val="0"/>
          <w:numId w:val="14"/>
        </w:numPr>
        <w:rPr>
          <w:kern w:val="2"/>
          <w14:ligatures w14:val="standardContextual"/>
        </w:rPr>
      </w:pPr>
      <w:r>
        <w:t>Lisa Marso reported that the homeowner at 3205 E. Mystic requested annexation into the City of Sioux Falls to connect to the city sewer. Once the property is annexed, the Township will no longer be able to assess front-footage fees.</w:t>
      </w:r>
    </w:p>
    <w:p w14:paraId="1C504A35" w14:textId="1E917512" w:rsidR="00373BDA" w:rsidRDefault="00373BDA" w:rsidP="009F37C2">
      <w:pPr>
        <w:pStyle w:val="Heading2"/>
      </w:pPr>
      <w:r>
        <w:t>Public Comments</w:t>
      </w:r>
    </w:p>
    <w:p w14:paraId="4BFEDF5C" w14:textId="77777777" w:rsidR="00D56441" w:rsidRDefault="00D56441" w:rsidP="00D56441">
      <w:pPr>
        <w:pStyle w:val="ListParagraph"/>
        <w:numPr>
          <w:ilvl w:val="0"/>
          <w:numId w:val="41"/>
        </w:numPr>
        <w:rPr>
          <w:kern w:val="2"/>
          <w14:ligatures w14:val="standardContextual"/>
        </w:rPr>
      </w:pPr>
      <w:r>
        <w:t xml:space="preserve">Greg Johnson asked about property ownership, noting that the Minnehaha County GIS map does not show property lines extending to the center of the road. Lisa Marso clarified that the GIS map is not a </w:t>
      </w:r>
      <w:proofErr w:type="gramStart"/>
      <w:r>
        <w:t>plat</w:t>
      </w:r>
      <w:proofErr w:type="gramEnd"/>
      <w:r>
        <w:t>.</w:t>
      </w:r>
    </w:p>
    <w:p w14:paraId="3CF91B41" w14:textId="77777777" w:rsidR="00D56441" w:rsidRDefault="00D56441" w:rsidP="00D56441">
      <w:pPr>
        <w:pStyle w:val="ListParagraph"/>
        <w:numPr>
          <w:ilvl w:val="0"/>
          <w:numId w:val="41"/>
        </w:numPr>
        <w:rPr>
          <w:kern w:val="2"/>
          <w14:ligatures w14:val="standardContextual"/>
        </w:rPr>
      </w:pPr>
      <w:r>
        <w:t>R.J. Wright asked about the boom mower rental cost. The rental was approximately $3,760, including half of the shipping cost from Minneapolis.</w:t>
      </w:r>
    </w:p>
    <w:p w14:paraId="735A02AA" w14:textId="77777777" w:rsidR="00373BDA" w:rsidRPr="00373BDA" w:rsidRDefault="00373BDA" w:rsidP="00373BDA">
      <w:pPr>
        <w:rPr>
          <w:kern w:val="2"/>
          <w14:ligatures w14:val="standardContextual"/>
        </w:rPr>
      </w:pPr>
    </w:p>
    <w:p w14:paraId="62B129E4" w14:textId="77777777" w:rsidR="00276667" w:rsidRDefault="00854B2B" w:rsidP="00854B2B">
      <w:pPr>
        <w:pStyle w:val="Heading2"/>
      </w:pPr>
      <w:r w:rsidRPr="00854B2B">
        <w:t>Approval of Bills and Adjournment</w:t>
      </w:r>
    </w:p>
    <w:p w14:paraId="2F31B58A" w14:textId="77777777" w:rsidR="00B15A00" w:rsidRDefault="00B15A00">
      <w:pPr>
        <w:rPr>
          <w:kern w:val="2"/>
          <w14:ligatures w14:val="standardContextual"/>
        </w:rPr>
      </w:pPr>
      <w:r>
        <w:t xml:space="preserve">Rich Steffen moved to approve bills totaling $52,555.95. Todd Egge seconded the motion, and </w:t>
      </w:r>
      <w:proofErr w:type="gramStart"/>
      <w:r>
        <w:t>the motion carried</w:t>
      </w:r>
      <w:proofErr w:type="gramEnd"/>
      <w:r>
        <w:t>. Marvin Manifold then moved to adjourn. Rich Steffen seconded the motion, and the motion carried. The meeting adjourned at 8:15 p.m.</w:t>
      </w:r>
    </w:p>
    <w:p w14:paraId="4FE002DF" w14:textId="6AFB4DB3" w:rsidR="00276667" w:rsidRDefault="00000000" w:rsidP="00D36AD7">
      <w:r>
        <w:t xml:space="preserve">The next regular meeting will be held </w:t>
      </w:r>
      <w:r w:rsidR="00811366" w:rsidRPr="00811366">
        <w:t xml:space="preserve">on </w:t>
      </w:r>
      <w:r w:rsidR="00760554">
        <w:t>October 27th</w:t>
      </w:r>
      <w:r w:rsidR="00C5056D">
        <w:t>,</w:t>
      </w:r>
      <w:r>
        <w:t xml:space="preserve"> 2026, at 7:30 p.m.</w:t>
      </w:r>
    </w:p>
    <w:p w14:paraId="745F0018" w14:textId="77777777" w:rsidR="00276667" w:rsidRDefault="006D11ED">
      <w:r>
        <w:t>Brenda Nolz</w:t>
      </w:r>
    </w:p>
    <w:p w14:paraId="7B939A7E" w14:textId="77777777" w:rsidR="00276667" w:rsidRDefault="006D11ED">
      <w:r>
        <w:t>Township Clerk</w:t>
      </w:r>
    </w:p>
    <w:sectPr w:rsidR="00276667" w:rsidSect="00454B8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9703A2E"/>
    <w:multiLevelType w:val="multilevel"/>
    <w:tmpl w:val="71BCC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48229F"/>
    <w:multiLevelType w:val="hybridMultilevel"/>
    <w:tmpl w:val="F1886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8641F7"/>
    <w:multiLevelType w:val="multilevel"/>
    <w:tmpl w:val="9FAC3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3956AC"/>
    <w:multiLevelType w:val="multilevel"/>
    <w:tmpl w:val="AFB07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98512C"/>
    <w:multiLevelType w:val="multilevel"/>
    <w:tmpl w:val="A0346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7376BB"/>
    <w:multiLevelType w:val="multilevel"/>
    <w:tmpl w:val="9050F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717FC9"/>
    <w:multiLevelType w:val="multilevel"/>
    <w:tmpl w:val="157A4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61326E"/>
    <w:multiLevelType w:val="multilevel"/>
    <w:tmpl w:val="D8109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7A5859"/>
    <w:multiLevelType w:val="multilevel"/>
    <w:tmpl w:val="0AB4F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B52235"/>
    <w:multiLevelType w:val="hybridMultilevel"/>
    <w:tmpl w:val="0D6C3EC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DEE1C6D"/>
    <w:multiLevelType w:val="multilevel"/>
    <w:tmpl w:val="943EA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7213DE"/>
    <w:multiLevelType w:val="hybridMultilevel"/>
    <w:tmpl w:val="C85A9A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65C73AD"/>
    <w:multiLevelType w:val="multilevel"/>
    <w:tmpl w:val="F06CF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9A229E"/>
    <w:multiLevelType w:val="multilevel"/>
    <w:tmpl w:val="945C0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A36AEB"/>
    <w:multiLevelType w:val="multilevel"/>
    <w:tmpl w:val="11962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8B3E80"/>
    <w:multiLevelType w:val="hybridMultilevel"/>
    <w:tmpl w:val="EA16F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C21EC0"/>
    <w:multiLevelType w:val="hybridMultilevel"/>
    <w:tmpl w:val="A92EF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AD5F31"/>
    <w:multiLevelType w:val="multilevel"/>
    <w:tmpl w:val="47CE2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D833BF"/>
    <w:multiLevelType w:val="multilevel"/>
    <w:tmpl w:val="ECA6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5A492E"/>
    <w:multiLevelType w:val="multilevel"/>
    <w:tmpl w:val="5ACA7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007DC9"/>
    <w:multiLevelType w:val="multilevel"/>
    <w:tmpl w:val="CEAC2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315290"/>
    <w:multiLevelType w:val="multilevel"/>
    <w:tmpl w:val="54906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8C7BA7"/>
    <w:multiLevelType w:val="multilevel"/>
    <w:tmpl w:val="05D62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422274"/>
    <w:multiLevelType w:val="multilevel"/>
    <w:tmpl w:val="CC30E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AD40A10"/>
    <w:multiLevelType w:val="multilevel"/>
    <w:tmpl w:val="77D6D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C44D66"/>
    <w:multiLevelType w:val="multilevel"/>
    <w:tmpl w:val="F66A0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657C10"/>
    <w:multiLevelType w:val="multilevel"/>
    <w:tmpl w:val="AB9CF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D066D2"/>
    <w:multiLevelType w:val="multilevel"/>
    <w:tmpl w:val="AAAE4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886A36"/>
    <w:multiLevelType w:val="multilevel"/>
    <w:tmpl w:val="E432F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226589"/>
    <w:multiLevelType w:val="multilevel"/>
    <w:tmpl w:val="0B946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136B1E"/>
    <w:multiLevelType w:val="multilevel"/>
    <w:tmpl w:val="7E9C8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6F20F7"/>
    <w:multiLevelType w:val="hybridMultilevel"/>
    <w:tmpl w:val="D7D6B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E76617"/>
    <w:multiLevelType w:val="multilevel"/>
    <w:tmpl w:val="8A765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EF144AE"/>
    <w:multiLevelType w:val="multilevel"/>
    <w:tmpl w:val="290C0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7149130">
    <w:abstractNumId w:val="8"/>
  </w:num>
  <w:num w:numId="2" w16cid:durableId="1491678968">
    <w:abstractNumId w:val="6"/>
  </w:num>
  <w:num w:numId="3" w16cid:durableId="1544177029">
    <w:abstractNumId w:val="5"/>
  </w:num>
  <w:num w:numId="4" w16cid:durableId="79716203">
    <w:abstractNumId w:val="4"/>
  </w:num>
  <w:num w:numId="5" w16cid:durableId="1519392944">
    <w:abstractNumId w:val="7"/>
  </w:num>
  <w:num w:numId="6" w16cid:durableId="1325012095">
    <w:abstractNumId w:val="3"/>
  </w:num>
  <w:num w:numId="7" w16cid:durableId="193005337">
    <w:abstractNumId w:val="2"/>
  </w:num>
  <w:num w:numId="8" w16cid:durableId="35661560">
    <w:abstractNumId w:val="1"/>
  </w:num>
  <w:num w:numId="9" w16cid:durableId="1764185879">
    <w:abstractNumId w:val="0"/>
  </w:num>
  <w:num w:numId="10" w16cid:durableId="2002391048">
    <w:abstractNumId w:val="18"/>
  </w:num>
  <w:num w:numId="11" w16cid:durableId="573972568">
    <w:abstractNumId w:val="10"/>
  </w:num>
  <w:num w:numId="12" w16cid:durableId="144979959">
    <w:abstractNumId w:val="16"/>
  </w:num>
  <w:num w:numId="13" w16cid:durableId="387998191">
    <w:abstractNumId w:val="24"/>
  </w:num>
  <w:num w:numId="14" w16cid:durableId="948899815">
    <w:abstractNumId w:val="20"/>
  </w:num>
  <w:num w:numId="15" w16cid:durableId="1564221877">
    <w:abstractNumId w:val="32"/>
  </w:num>
  <w:num w:numId="16" w16cid:durableId="761417154">
    <w:abstractNumId w:val="41"/>
  </w:num>
  <w:num w:numId="17" w16cid:durableId="70129575">
    <w:abstractNumId w:val="29"/>
  </w:num>
  <w:num w:numId="18" w16cid:durableId="1990548470">
    <w:abstractNumId w:val="13"/>
  </w:num>
  <w:num w:numId="19" w16cid:durableId="1066302910">
    <w:abstractNumId w:val="21"/>
  </w:num>
  <w:num w:numId="20" w16cid:durableId="815267991">
    <w:abstractNumId w:val="33"/>
  </w:num>
  <w:num w:numId="21" w16cid:durableId="489907238">
    <w:abstractNumId w:val="42"/>
  </w:num>
  <w:num w:numId="22" w16cid:durableId="71434492">
    <w:abstractNumId w:val="27"/>
  </w:num>
  <w:num w:numId="23" w16cid:durableId="1925601865">
    <w:abstractNumId w:val="31"/>
  </w:num>
  <w:num w:numId="24" w16cid:durableId="1364745493">
    <w:abstractNumId w:val="11"/>
  </w:num>
  <w:num w:numId="25" w16cid:durableId="648634019">
    <w:abstractNumId w:val="34"/>
  </w:num>
  <w:num w:numId="26" w16cid:durableId="2079015121">
    <w:abstractNumId w:val="35"/>
  </w:num>
  <w:num w:numId="27" w16cid:durableId="1816753992">
    <w:abstractNumId w:val="23"/>
  </w:num>
  <w:num w:numId="28" w16cid:durableId="371882196">
    <w:abstractNumId w:val="22"/>
  </w:num>
  <w:num w:numId="29" w16cid:durableId="1680962119">
    <w:abstractNumId w:val="37"/>
  </w:num>
  <w:num w:numId="30" w16cid:durableId="1202667978">
    <w:abstractNumId w:val="14"/>
  </w:num>
  <w:num w:numId="31" w16cid:durableId="282883616">
    <w:abstractNumId w:val="39"/>
  </w:num>
  <w:num w:numId="32" w16cid:durableId="458886986">
    <w:abstractNumId w:val="36"/>
  </w:num>
  <w:num w:numId="33" w16cid:durableId="1069422660">
    <w:abstractNumId w:val="17"/>
  </w:num>
  <w:num w:numId="34" w16cid:durableId="981160244">
    <w:abstractNumId w:val="30"/>
  </w:num>
  <w:num w:numId="35" w16cid:durableId="2058893223">
    <w:abstractNumId w:val="15"/>
  </w:num>
  <w:num w:numId="36" w16cid:durableId="1519657615">
    <w:abstractNumId w:val="19"/>
  </w:num>
  <w:num w:numId="37" w16cid:durableId="1843543794">
    <w:abstractNumId w:val="12"/>
  </w:num>
  <w:num w:numId="38" w16cid:durableId="1339887604">
    <w:abstractNumId w:val="26"/>
  </w:num>
  <w:num w:numId="39" w16cid:durableId="1480880966">
    <w:abstractNumId w:val="38"/>
  </w:num>
  <w:num w:numId="40" w16cid:durableId="1547332310">
    <w:abstractNumId w:val="25"/>
  </w:num>
  <w:num w:numId="41" w16cid:durableId="1613128253">
    <w:abstractNumId w:val="40"/>
  </w:num>
  <w:num w:numId="42" w16cid:durableId="2054960568">
    <w:abstractNumId w:val="9"/>
  </w:num>
  <w:num w:numId="43" w16cid:durableId="196144680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01AA"/>
    <w:rsid w:val="00016B89"/>
    <w:rsid w:val="00020B34"/>
    <w:rsid w:val="000225BE"/>
    <w:rsid w:val="00025A0E"/>
    <w:rsid w:val="00026070"/>
    <w:rsid w:val="00034616"/>
    <w:rsid w:val="00037593"/>
    <w:rsid w:val="00046440"/>
    <w:rsid w:val="00056F05"/>
    <w:rsid w:val="0006063C"/>
    <w:rsid w:val="00060F0C"/>
    <w:rsid w:val="00071718"/>
    <w:rsid w:val="000717EA"/>
    <w:rsid w:val="00086A8A"/>
    <w:rsid w:val="0009054B"/>
    <w:rsid w:val="00093311"/>
    <w:rsid w:val="00093C1F"/>
    <w:rsid w:val="000A1EA8"/>
    <w:rsid w:val="000A2746"/>
    <w:rsid w:val="000A4E39"/>
    <w:rsid w:val="000B05A3"/>
    <w:rsid w:val="000B231E"/>
    <w:rsid w:val="000C0883"/>
    <w:rsid w:val="000C24EA"/>
    <w:rsid w:val="000E2C05"/>
    <w:rsid w:val="000E70AA"/>
    <w:rsid w:val="000F7937"/>
    <w:rsid w:val="00100421"/>
    <w:rsid w:val="001011C5"/>
    <w:rsid w:val="00107960"/>
    <w:rsid w:val="001119F1"/>
    <w:rsid w:val="0011233E"/>
    <w:rsid w:val="00114063"/>
    <w:rsid w:val="0012385E"/>
    <w:rsid w:val="00123E63"/>
    <w:rsid w:val="001257B8"/>
    <w:rsid w:val="001353E1"/>
    <w:rsid w:val="0013708A"/>
    <w:rsid w:val="001448C0"/>
    <w:rsid w:val="00146AFB"/>
    <w:rsid w:val="0015074B"/>
    <w:rsid w:val="001565BD"/>
    <w:rsid w:val="00161948"/>
    <w:rsid w:val="001636E9"/>
    <w:rsid w:val="0016516F"/>
    <w:rsid w:val="001673D5"/>
    <w:rsid w:val="00177894"/>
    <w:rsid w:val="001821E4"/>
    <w:rsid w:val="00184B5C"/>
    <w:rsid w:val="0019606F"/>
    <w:rsid w:val="001B31AB"/>
    <w:rsid w:val="001C1007"/>
    <w:rsid w:val="001C18C1"/>
    <w:rsid w:val="001C1FF4"/>
    <w:rsid w:val="001C3E75"/>
    <w:rsid w:val="001D1BB4"/>
    <w:rsid w:val="001D506B"/>
    <w:rsid w:val="001D52CA"/>
    <w:rsid w:val="001E786E"/>
    <w:rsid w:val="001F089C"/>
    <w:rsid w:val="001F29CA"/>
    <w:rsid w:val="001F2F24"/>
    <w:rsid w:val="001F37CD"/>
    <w:rsid w:val="001F6224"/>
    <w:rsid w:val="00204FDD"/>
    <w:rsid w:val="00206C6C"/>
    <w:rsid w:val="002138C1"/>
    <w:rsid w:val="002144BD"/>
    <w:rsid w:val="002246E8"/>
    <w:rsid w:val="00227E2C"/>
    <w:rsid w:val="00233B80"/>
    <w:rsid w:val="002342FD"/>
    <w:rsid w:val="002359E4"/>
    <w:rsid w:val="002404A5"/>
    <w:rsid w:val="002425FC"/>
    <w:rsid w:val="002440BF"/>
    <w:rsid w:val="00245096"/>
    <w:rsid w:val="0024645B"/>
    <w:rsid w:val="00271ADD"/>
    <w:rsid w:val="0027375B"/>
    <w:rsid w:val="00276667"/>
    <w:rsid w:val="002810AE"/>
    <w:rsid w:val="00281C10"/>
    <w:rsid w:val="00283762"/>
    <w:rsid w:val="00283886"/>
    <w:rsid w:val="002863F4"/>
    <w:rsid w:val="0029639D"/>
    <w:rsid w:val="002B1385"/>
    <w:rsid w:val="002B23E4"/>
    <w:rsid w:val="002B5F10"/>
    <w:rsid w:val="002C10E1"/>
    <w:rsid w:val="002C1C13"/>
    <w:rsid w:val="002C4C8F"/>
    <w:rsid w:val="002C7020"/>
    <w:rsid w:val="002D0A15"/>
    <w:rsid w:val="002D2EC5"/>
    <w:rsid w:val="002D3262"/>
    <w:rsid w:val="002D42F3"/>
    <w:rsid w:val="002E0137"/>
    <w:rsid w:val="002E5395"/>
    <w:rsid w:val="002F1BA5"/>
    <w:rsid w:val="002F3B74"/>
    <w:rsid w:val="002F4131"/>
    <w:rsid w:val="002F4884"/>
    <w:rsid w:val="003008D6"/>
    <w:rsid w:val="00315638"/>
    <w:rsid w:val="003206F5"/>
    <w:rsid w:val="00320C79"/>
    <w:rsid w:val="00322A27"/>
    <w:rsid w:val="00325F88"/>
    <w:rsid w:val="00326F90"/>
    <w:rsid w:val="00335802"/>
    <w:rsid w:val="00335841"/>
    <w:rsid w:val="00337878"/>
    <w:rsid w:val="00347555"/>
    <w:rsid w:val="00356536"/>
    <w:rsid w:val="003604E6"/>
    <w:rsid w:val="0036188D"/>
    <w:rsid w:val="00362D4C"/>
    <w:rsid w:val="003652C1"/>
    <w:rsid w:val="00365F04"/>
    <w:rsid w:val="00367433"/>
    <w:rsid w:val="003674CD"/>
    <w:rsid w:val="00373BDA"/>
    <w:rsid w:val="003761D4"/>
    <w:rsid w:val="00392D82"/>
    <w:rsid w:val="00397AC3"/>
    <w:rsid w:val="003A4B68"/>
    <w:rsid w:val="003A7E40"/>
    <w:rsid w:val="003B0660"/>
    <w:rsid w:val="003B5711"/>
    <w:rsid w:val="003C1ADB"/>
    <w:rsid w:val="003D1C4F"/>
    <w:rsid w:val="003D6B7C"/>
    <w:rsid w:val="003D7057"/>
    <w:rsid w:val="003E67B4"/>
    <w:rsid w:val="003E7023"/>
    <w:rsid w:val="003F476A"/>
    <w:rsid w:val="003F6CB0"/>
    <w:rsid w:val="00404331"/>
    <w:rsid w:val="0041095A"/>
    <w:rsid w:val="004129A1"/>
    <w:rsid w:val="00414309"/>
    <w:rsid w:val="004215C3"/>
    <w:rsid w:val="00426151"/>
    <w:rsid w:val="00430304"/>
    <w:rsid w:val="00430A35"/>
    <w:rsid w:val="0043186C"/>
    <w:rsid w:val="00441C0D"/>
    <w:rsid w:val="0044205C"/>
    <w:rsid w:val="004435B2"/>
    <w:rsid w:val="00444908"/>
    <w:rsid w:val="00445C90"/>
    <w:rsid w:val="00450307"/>
    <w:rsid w:val="00451391"/>
    <w:rsid w:val="00454B87"/>
    <w:rsid w:val="004618B8"/>
    <w:rsid w:val="00470D10"/>
    <w:rsid w:val="00472AA3"/>
    <w:rsid w:val="004730B0"/>
    <w:rsid w:val="00475627"/>
    <w:rsid w:val="0047720B"/>
    <w:rsid w:val="004879C8"/>
    <w:rsid w:val="0049142B"/>
    <w:rsid w:val="00491807"/>
    <w:rsid w:val="004926C1"/>
    <w:rsid w:val="004967A7"/>
    <w:rsid w:val="004A14BE"/>
    <w:rsid w:val="004A19A2"/>
    <w:rsid w:val="004A2280"/>
    <w:rsid w:val="004A4D09"/>
    <w:rsid w:val="004B1A4B"/>
    <w:rsid w:val="004B2F13"/>
    <w:rsid w:val="004B4D1F"/>
    <w:rsid w:val="004B68FB"/>
    <w:rsid w:val="004B7903"/>
    <w:rsid w:val="004C7FA7"/>
    <w:rsid w:val="004D292F"/>
    <w:rsid w:val="004E1A1D"/>
    <w:rsid w:val="004E3AA1"/>
    <w:rsid w:val="004F6EA1"/>
    <w:rsid w:val="004F7D46"/>
    <w:rsid w:val="005000F7"/>
    <w:rsid w:val="005048D3"/>
    <w:rsid w:val="0050699E"/>
    <w:rsid w:val="00507B87"/>
    <w:rsid w:val="00523CDF"/>
    <w:rsid w:val="00523F0D"/>
    <w:rsid w:val="00524803"/>
    <w:rsid w:val="005251BE"/>
    <w:rsid w:val="005300DB"/>
    <w:rsid w:val="00531F73"/>
    <w:rsid w:val="00533D43"/>
    <w:rsid w:val="00534346"/>
    <w:rsid w:val="00534D06"/>
    <w:rsid w:val="00540AAE"/>
    <w:rsid w:val="005447FE"/>
    <w:rsid w:val="00545B80"/>
    <w:rsid w:val="00554424"/>
    <w:rsid w:val="005545E5"/>
    <w:rsid w:val="0056320C"/>
    <w:rsid w:val="005633DE"/>
    <w:rsid w:val="00563C6A"/>
    <w:rsid w:val="005713C7"/>
    <w:rsid w:val="00583DEB"/>
    <w:rsid w:val="00586AA8"/>
    <w:rsid w:val="00595424"/>
    <w:rsid w:val="005961D2"/>
    <w:rsid w:val="00596D2B"/>
    <w:rsid w:val="005A196A"/>
    <w:rsid w:val="005A51DB"/>
    <w:rsid w:val="005A5FC3"/>
    <w:rsid w:val="005A6753"/>
    <w:rsid w:val="005B620F"/>
    <w:rsid w:val="005C1A58"/>
    <w:rsid w:val="005C3152"/>
    <w:rsid w:val="005C7473"/>
    <w:rsid w:val="005D1E51"/>
    <w:rsid w:val="005D216B"/>
    <w:rsid w:val="005D50F6"/>
    <w:rsid w:val="005E4B8A"/>
    <w:rsid w:val="005E4BD7"/>
    <w:rsid w:val="005E74FB"/>
    <w:rsid w:val="005F09FC"/>
    <w:rsid w:val="00607FFC"/>
    <w:rsid w:val="00611FC0"/>
    <w:rsid w:val="00612C56"/>
    <w:rsid w:val="00614FD6"/>
    <w:rsid w:val="0062057A"/>
    <w:rsid w:val="00634864"/>
    <w:rsid w:val="00634DF8"/>
    <w:rsid w:val="006372B3"/>
    <w:rsid w:val="00647EE8"/>
    <w:rsid w:val="00652E93"/>
    <w:rsid w:val="00653BF2"/>
    <w:rsid w:val="00654687"/>
    <w:rsid w:val="00657899"/>
    <w:rsid w:val="00674FB5"/>
    <w:rsid w:val="00681565"/>
    <w:rsid w:val="006833D3"/>
    <w:rsid w:val="00686DE3"/>
    <w:rsid w:val="00692A4B"/>
    <w:rsid w:val="0069599C"/>
    <w:rsid w:val="006A4D88"/>
    <w:rsid w:val="006B054E"/>
    <w:rsid w:val="006B2956"/>
    <w:rsid w:val="006B5DC6"/>
    <w:rsid w:val="006C7208"/>
    <w:rsid w:val="006D11ED"/>
    <w:rsid w:val="006D167D"/>
    <w:rsid w:val="006D2A8F"/>
    <w:rsid w:val="006D31AA"/>
    <w:rsid w:val="006D3F51"/>
    <w:rsid w:val="006D51B9"/>
    <w:rsid w:val="006D7FDC"/>
    <w:rsid w:val="006E07F6"/>
    <w:rsid w:val="006E194A"/>
    <w:rsid w:val="006E3702"/>
    <w:rsid w:val="006F0C2B"/>
    <w:rsid w:val="007002E3"/>
    <w:rsid w:val="007022E7"/>
    <w:rsid w:val="007068F2"/>
    <w:rsid w:val="00713430"/>
    <w:rsid w:val="007150A4"/>
    <w:rsid w:val="00717232"/>
    <w:rsid w:val="00720620"/>
    <w:rsid w:val="00721777"/>
    <w:rsid w:val="007254BC"/>
    <w:rsid w:val="00727B2D"/>
    <w:rsid w:val="00732CA1"/>
    <w:rsid w:val="007360D9"/>
    <w:rsid w:val="00736C53"/>
    <w:rsid w:val="0074441A"/>
    <w:rsid w:val="00745660"/>
    <w:rsid w:val="00751EA0"/>
    <w:rsid w:val="00753C90"/>
    <w:rsid w:val="00756EC9"/>
    <w:rsid w:val="00760554"/>
    <w:rsid w:val="0076301C"/>
    <w:rsid w:val="00763EAB"/>
    <w:rsid w:val="00765D71"/>
    <w:rsid w:val="007728EB"/>
    <w:rsid w:val="00772C62"/>
    <w:rsid w:val="00772D13"/>
    <w:rsid w:val="00775394"/>
    <w:rsid w:val="00775BAC"/>
    <w:rsid w:val="00781AF1"/>
    <w:rsid w:val="00785E9E"/>
    <w:rsid w:val="00786F50"/>
    <w:rsid w:val="0078747E"/>
    <w:rsid w:val="00790278"/>
    <w:rsid w:val="00797A56"/>
    <w:rsid w:val="00797E4D"/>
    <w:rsid w:val="007A2CBF"/>
    <w:rsid w:val="007A59B7"/>
    <w:rsid w:val="007B0013"/>
    <w:rsid w:val="007B3966"/>
    <w:rsid w:val="007B6513"/>
    <w:rsid w:val="007C0977"/>
    <w:rsid w:val="007C154A"/>
    <w:rsid w:val="007C2236"/>
    <w:rsid w:val="007D3146"/>
    <w:rsid w:val="007E046E"/>
    <w:rsid w:val="007E33F5"/>
    <w:rsid w:val="007E38AC"/>
    <w:rsid w:val="007F2332"/>
    <w:rsid w:val="007F78EE"/>
    <w:rsid w:val="007F7F7C"/>
    <w:rsid w:val="008030A6"/>
    <w:rsid w:val="00806285"/>
    <w:rsid w:val="00811366"/>
    <w:rsid w:val="008246EB"/>
    <w:rsid w:val="00824E73"/>
    <w:rsid w:val="00831FA0"/>
    <w:rsid w:val="008326CD"/>
    <w:rsid w:val="00833525"/>
    <w:rsid w:val="0083499C"/>
    <w:rsid w:val="00834F0A"/>
    <w:rsid w:val="00835DF0"/>
    <w:rsid w:val="00854B2B"/>
    <w:rsid w:val="00855B2B"/>
    <w:rsid w:val="008633F1"/>
    <w:rsid w:val="00863540"/>
    <w:rsid w:val="00863ABA"/>
    <w:rsid w:val="008641BC"/>
    <w:rsid w:val="00870786"/>
    <w:rsid w:val="00870BF4"/>
    <w:rsid w:val="0088165D"/>
    <w:rsid w:val="00883944"/>
    <w:rsid w:val="00883E13"/>
    <w:rsid w:val="00885786"/>
    <w:rsid w:val="008901C1"/>
    <w:rsid w:val="00894846"/>
    <w:rsid w:val="008976F2"/>
    <w:rsid w:val="008A1669"/>
    <w:rsid w:val="008A17CA"/>
    <w:rsid w:val="008A7DE6"/>
    <w:rsid w:val="008B47B1"/>
    <w:rsid w:val="008C037F"/>
    <w:rsid w:val="008C2824"/>
    <w:rsid w:val="008C4E2A"/>
    <w:rsid w:val="008C68A0"/>
    <w:rsid w:val="008C6BA5"/>
    <w:rsid w:val="008D037A"/>
    <w:rsid w:val="008D113F"/>
    <w:rsid w:val="008D2442"/>
    <w:rsid w:val="008D7AB9"/>
    <w:rsid w:val="008D7D57"/>
    <w:rsid w:val="008E1BC1"/>
    <w:rsid w:val="008E5CCE"/>
    <w:rsid w:val="008F4812"/>
    <w:rsid w:val="008F6942"/>
    <w:rsid w:val="0090165D"/>
    <w:rsid w:val="00902D58"/>
    <w:rsid w:val="00903DEB"/>
    <w:rsid w:val="0090640C"/>
    <w:rsid w:val="00914E31"/>
    <w:rsid w:val="00917DC9"/>
    <w:rsid w:val="0092038B"/>
    <w:rsid w:val="009209FD"/>
    <w:rsid w:val="00923C18"/>
    <w:rsid w:val="00924E89"/>
    <w:rsid w:val="00924F61"/>
    <w:rsid w:val="00927AB8"/>
    <w:rsid w:val="0093267E"/>
    <w:rsid w:val="00936ED0"/>
    <w:rsid w:val="009418F0"/>
    <w:rsid w:val="009444E6"/>
    <w:rsid w:val="00945E1B"/>
    <w:rsid w:val="009565AD"/>
    <w:rsid w:val="00965FD1"/>
    <w:rsid w:val="0096795C"/>
    <w:rsid w:val="00967E0A"/>
    <w:rsid w:val="00971292"/>
    <w:rsid w:val="00971474"/>
    <w:rsid w:val="009719D7"/>
    <w:rsid w:val="009758AA"/>
    <w:rsid w:val="00981FE0"/>
    <w:rsid w:val="00987C00"/>
    <w:rsid w:val="00992FDE"/>
    <w:rsid w:val="009933C7"/>
    <w:rsid w:val="00993DB4"/>
    <w:rsid w:val="00994E17"/>
    <w:rsid w:val="00995C8F"/>
    <w:rsid w:val="00996072"/>
    <w:rsid w:val="009A16CE"/>
    <w:rsid w:val="009A1C7B"/>
    <w:rsid w:val="009A5D9D"/>
    <w:rsid w:val="009C1578"/>
    <w:rsid w:val="009C523A"/>
    <w:rsid w:val="009C74B9"/>
    <w:rsid w:val="009D5469"/>
    <w:rsid w:val="009D6378"/>
    <w:rsid w:val="009E4C09"/>
    <w:rsid w:val="009E4D78"/>
    <w:rsid w:val="009E68F5"/>
    <w:rsid w:val="009E6D0B"/>
    <w:rsid w:val="009E7284"/>
    <w:rsid w:val="009F2305"/>
    <w:rsid w:val="009F299C"/>
    <w:rsid w:val="009F37C2"/>
    <w:rsid w:val="00A01D49"/>
    <w:rsid w:val="00A0249F"/>
    <w:rsid w:val="00A03906"/>
    <w:rsid w:val="00A04B25"/>
    <w:rsid w:val="00A11B63"/>
    <w:rsid w:val="00A206BF"/>
    <w:rsid w:val="00A22E31"/>
    <w:rsid w:val="00A41521"/>
    <w:rsid w:val="00A440BB"/>
    <w:rsid w:val="00A50E98"/>
    <w:rsid w:val="00A51AB5"/>
    <w:rsid w:val="00A551AE"/>
    <w:rsid w:val="00A6152A"/>
    <w:rsid w:val="00A65494"/>
    <w:rsid w:val="00A67B8A"/>
    <w:rsid w:val="00A70C12"/>
    <w:rsid w:val="00A71A82"/>
    <w:rsid w:val="00A72DC9"/>
    <w:rsid w:val="00A75CF5"/>
    <w:rsid w:val="00A77D76"/>
    <w:rsid w:val="00A84FCD"/>
    <w:rsid w:val="00A92C53"/>
    <w:rsid w:val="00A94252"/>
    <w:rsid w:val="00AA1D8D"/>
    <w:rsid w:val="00AB15A2"/>
    <w:rsid w:val="00AB6532"/>
    <w:rsid w:val="00AB70C0"/>
    <w:rsid w:val="00AC29EE"/>
    <w:rsid w:val="00AD1B4F"/>
    <w:rsid w:val="00AD1E64"/>
    <w:rsid w:val="00AD58A9"/>
    <w:rsid w:val="00AD7812"/>
    <w:rsid w:val="00AE1468"/>
    <w:rsid w:val="00AE14B6"/>
    <w:rsid w:val="00AF7576"/>
    <w:rsid w:val="00B05EF0"/>
    <w:rsid w:val="00B07B97"/>
    <w:rsid w:val="00B12FAE"/>
    <w:rsid w:val="00B15A00"/>
    <w:rsid w:val="00B2470D"/>
    <w:rsid w:val="00B46AE6"/>
    <w:rsid w:val="00B47730"/>
    <w:rsid w:val="00B5648E"/>
    <w:rsid w:val="00B566BE"/>
    <w:rsid w:val="00B6627C"/>
    <w:rsid w:val="00B71D2D"/>
    <w:rsid w:val="00B76235"/>
    <w:rsid w:val="00B8072F"/>
    <w:rsid w:val="00B84C9F"/>
    <w:rsid w:val="00B90832"/>
    <w:rsid w:val="00BA356B"/>
    <w:rsid w:val="00BA3C33"/>
    <w:rsid w:val="00BB0570"/>
    <w:rsid w:val="00BB420D"/>
    <w:rsid w:val="00BB4DBD"/>
    <w:rsid w:val="00BC1091"/>
    <w:rsid w:val="00BC1423"/>
    <w:rsid w:val="00BC718D"/>
    <w:rsid w:val="00BD7A51"/>
    <w:rsid w:val="00BF0F33"/>
    <w:rsid w:val="00BF153B"/>
    <w:rsid w:val="00BF402B"/>
    <w:rsid w:val="00C0318E"/>
    <w:rsid w:val="00C1106E"/>
    <w:rsid w:val="00C1643A"/>
    <w:rsid w:val="00C23784"/>
    <w:rsid w:val="00C2489D"/>
    <w:rsid w:val="00C26440"/>
    <w:rsid w:val="00C4033D"/>
    <w:rsid w:val="00C40EAD"/>
    <w:rsid w:val="00C44B67"/>
    <w:rsid w:val="00C44F48"/>
    <w:rsid w:val="00C4531C"/>
    <w:rsid w:val="00C45C31"/>
    <w:rsid w:val="00C5056D"/>
    <w:rsid w:val="00C5695C"/>
    <w:rsid w:val="00C614C3"/>
    <w:rsid w:val="00C62B16"/>
    <w:rsid w:val="00C67961"/>
    <w:rsid w:val="00C67CBE"/>
    <w:rsid w:val="00C67DF6"/>
    <w:rsid w:val="00C720C3"/>
    <w:rsid w:val="00C72FFB"/>
    <w:rsid w:val="00C8075E"/>
    <w:rsid w:val="00C820C7"/>
    <w:rsid w:val="00C91B46"/>
    <w:rsid w:val="00CA0E7F"/>
    <w:rsid w:val="00CA0F36"/>
    <w:rsid w:val="00CA7386"/>
    <w:rsid w:val="00CB0664"/>
    <w:rsid w:val="00CB1D2F"/>
    <w:rsid w:val="00CC4AB9"/>
    <w:rsid w:val="00CD420D"/>
    <w:rsid w:val="00CE1FB9"/>
    <w:rsid w:val="00CE5165"/>
    <w:rsid w:val="00CE6A4A"/>
    <w:rsid w:val="00CE7A86"/>
    <w:rsid w:val="00CE7D61"/>
    <w:rsid w:val="00CF5EE9"/>
    <w:rsid w:val="00D02684"/>
    <w:rsid w:val="00D02F08"/>
    <w:rsid w:val="00D06933"/>
    <w:rsid w:val="00D06CB8"/>
    <w:rsid w:val="00D06FC6"/>
    <w:rsid w:val="00D11013"/>
    <w:rsid w:val="00D1331B"/>
    <w:rsid w:val="00D22F30"/>
    <w:rsid w:val="00D247CD"/>
    <w:rsid w:val="00D31784"/>
    <w:rsid w:val="00D330F2"/>
    <w:rsid w:val="00D36519"/>
    <w:rsid w:val="00D415F0"/>
    <w:rsid w:val="00D41B49"/>
    <w:rsid w:val="00D41E33"/>
    <w:rsid w:val="00D43D11"/>
    <w:rsid w:val="00D466FA"/>
    <w:rsid w:val="00D50325"/>
    <w:rsid w:val="00D563B8"/>
    <w:rsid w:val="00D56441"/>
    <w:rsid w:val="00D57C68"/>
    <w:rsid w:val="00D61D1D"/>
    <w:rsid w:val="00D71B34"/>
    <w:rsid w:val="00D746A8"/>
    <w:rsid w:val="00D7555D"/>
    <w:rsid w:val="00D8035D"/>
    <w:rsid w:val="00D817F3"/>
    <w:rsid w:val="00D81BC4"/>
    <w:rsid w:val="00D933C2"/>
    <w:rsid w:val="00D934B4"/>
    <w:rsid w:val="00DA005E"/>
    <w:rsid w:val="00DA286C"/>
    <w:rsid w:val="00DA2AD7"/>
    <w:rsid w:val="00DA3B39"/>
    <w:rsid w:val="00DC36E3"/>
    <w:rsid w:val="00DC61A7"/>
    <w:rsid w:val="00DD3BBB"/>
    <w:rsid w:val="00DD5D67"/>
    <w:rsid w:val="00DE01AE"/>
    <w:rsid w:val="00DE50B8"/>
    <w:rsid w:val="00DE59AF"/>
    <w:rsid w:val="00DF02E7"/>
    <w:rsid w:val="00DF654C"/>
    <w:rsid w:val="00DF7A93"/>
    <w:rsid w:val="00E02AF4"/>
    <w:rsid w:val="00E0467C"/>
    <w:rsid w:val="00E134F5"/>
    <w:rsid w:val="00E14660"/>
    <w:rsid w:val="00E16122"/>
    <w:rsid w:val="00E16165"/>
    <w:rsid w:val="00E240A8"/>
    <w:rsid w:val="00E26126"/>
    <w:rsid w:val="00E31350"/>
    <w:rsid w:val="00E34A56"/>
    <w:rsid w:val="00E354A4"/>
    <w:rsid w:val="00E4314C"/>
    <w:rsid w:val="00E4328F"/>
    <w:rsid w:val="00E43A16"/>
    <w:rsid w:val="00E445A7"/>
    <w:rsid w:val="00E446CD"/>
    <w:rsid w:val="00E458B3"/>
    <w:rsid w:val="00E50036"/>
    <w:rsid w:val="00E5197B"/>
    <w:rsid w:val="00E5325F"/>
    <w:rsid w:val="00E55A1E"/>
    <w:rsid w:val="00E57D12"/>
    <w:rsid w:val="00E64B6C"/>
    <w:rsid w:val="00E7366F"/>
    <w:rsid w:val="00E74127"/>
    <w:rsid w:val="00E75477"/>
    <w:rsid w:val="00E760CB"/>
    <w:rsid w:val="00E86AC6"/>
    <w:rsid w:val="00E91DA5"/>
    <w:rsid w:val="00E935EC"/>
    <w:rsid w:val="00EA35E3"/>
    <w:rsid w:val="00EC0299"/>
    <w:rsid w:val="00EC1378"/>
    <w:rsid w:val="00EC53E6"/>
    <w:rsid w:val="00EC5E6A"/>
    <w:rsid w:val="00EE3158"/>
    <w:rsid w:val="00EE3E3D"/>
    <w:rsid w:val="00EE3F74"/>
    <w:rsid w:val="00EF6696"/>
    <w:rsid w:val="00F00545"/>
    <w:rsid w:val="00F07D8A"/>
    <w:rsid w:val="00F15462"/>
    <w:rsid w:val="00F1792F"/>
    <w:rsid w:val="00F26076"/>
    <w:rsid w:val="00F37223"/>
    <w:rsid w:val="00F42EEB"/>
    <w:rsid w:val="00F43A12"/>
    <w:rsid w:val="00F51BD7"/>
    <w:rsid w:val="00F53C7D"/>
    <w:rsid w:val="00F54543"/>
    <w:rsid w:val="00F5607F"/>
    <w:rsid w:val="00F566A5"/>
    <w:rsid w:val="00F57624"/>
    <w:rsid w:val="00F617D9"/>
    <w:rsid w:val="00F63304"/>
    <w:rsid w:val="00F64F24"/>
    <w:rsid w:val="00F7226A"/>
    <w:rsid w:val="00F7530B"/>
    <w:rsid w:val="00F9280F"/>
    <w:rsid w:val="00FA49C2"/>
    <w:rsid w:val="00FA549A"/>
    <w:rsid w:val="00FA5572"/>
    <w:rsid w:val="00FA5BFE"/>
    <w:rsid w:val="00FA6A14"/>
    <w:rsid w:val="00FB0289"/>
    <w:rsid w:val="00FB145C"/>
    <w:rsid w:val="00FB5A55"/>
    <w:rsid w:val="00FC056A"/>
    <w:rsid w:val="00FC121E"/>
    <w:rsid w:val="00FC24E0"/>
    <w:rsid w:val="00FC4556"/>
    <w:rsid w:val="00FC693F"/>
    <w:rsid w:val="00FD1BB7"/>
    <w:rsid w:val="00FE0BEC"/>
    <w:rsid w:val="00FE2B1B"/>
    <w:rsid w:val="00FE4DA5"/>
    <w:rsid w:val="00FF193B"/>
    <w:rsid w:val="00FF43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1A8B4"/>
  <w14:defaultImageDpi w14:val="300"/>
  <w15:docId w15:val="{183099C7-DC8D-4D86-8507-186D1F01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C0318E"/>
    <w:pPr>
      <w:spacing w:before="100" w:beforeAutospacing="1" w:after="100" w:afterAutospacing="1" w:line="240" w:lineRule="auto"/>
    </w:pPr>
    <w:rPr>
      <w:rFonts w:ascii="Times New Roman" w:hAnsi="Times New Roman" w:cs="Times New Roman"/>
      <w:kern w:val="2"/>
      <w:sz w:val="24"/>
      <w:szCs w:val="24"/>
      <w14:ligatures w14:val="standardContextual"/>
    </w:rPr>
  </w:style>
  <w:style w:type="paragraph" w:styleId="Revision">
    <w:name w:val="Revision"/>
    <w:hidden/>
    <w:uiPriority w:val="99"/>
    <w:semiHidden/>
    <w:rsid w:val="00EE3E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640451">
      <w:marLeft w:val="0"/>
      <w:marRight w:val="0"/>
      <w:marTop w:val="0"/>
      <w:marBottom w:val="0"/>
      <w:divBdr>
        <w:top w:val="none" w:sz="0" w:space="0" w:color="auto"/>
        <w:left w:val="none" w:sz="0" w:space="0" w:color="auto"/>
        <w:bottom w:val="none" w:sz="0" w:space="0" w:color="auto"/>
        <w:right w:val="none" w:sz="0" w:space="0" w:color="auto"/>
      </w:divBdr>
    </w:div>
    <w:div w:id="1723021308">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BOYCELAW!4074882.1</documentid>
  <senderid>LKMARSO</senderid>
  <senderemail>LKMARSO@BOYCELAW.COM</senderemail>
  <lastmodified>2026-07-28T06:40:00.0000000-05:00</lastmodified>
  <database>BOYCELAW</database>
</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7C0BF-0D10-4036-BF32-AD6FD578162A}">
  <ds:schemaRefs>
    <ds:schemaRef ds:uri="http://www.imanage.com/work/xmlschema"/>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Pages>
  <Words>708</Words>
  <Characters>4038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Brenda N</cp:lastModifiedBy>
  <cp:revision>86</cp:revision>
  <dcterms:created xsi:type="dcterms:W3CDTF">2026-09-14T13:22:00Z</dcterms:created>
  <dcterms:modified xsi:type="dcterms:W3CDTF">2026-09-14T15:17:00Z</dcterms:modified>
  <cp:category/>
</cp:coreProperties>
</file>